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ДОГОВОР</w:t>
      </w:r>
    </w:p>
    <w:p>
      <w:pPr>
        <w:jc w:val="center"/>
      </w:pPr>
      <w:r>
        <w:rPr>
          <w:rFonts w:ascii="Times New Roman" w:hAnsi="Times New Roman"/>
          <w:b/>
          <w:sz w:val="28"/>
        </w:rPr>
        <w:t>купли-продажи транспортного средства</w:t>
      </w:r>
    </w:p>
    <w:p>
      <w:r>
        <w:rPr>
          <w:rFonts w:ascii="Times New Roman" w:hAnsi="Times New Roman"/>
        </w:rPr>
        <w:t>г. ____________________</w:t>
      </w:r>
      <w:r>
        <w:tab/>
        <w:tab/>
        <w:tab/>
      </w:r>
      <w:r>
        <w:rPr>
          <w:rFonts w:ascii="Times New Roman" w:hAnsi="Times New Roman"/>
        </w:rPr>
        <w:t>«____» ______________ 20____ г.</w:t>
      </w:r>
    </w:p>
    <w:p/>
    <w:p>
      <w:r>
        <w:rPr>
          <w:rFonts w:ascii="Times New Roman" w:hAnsi="Times New Roman"/>
        </w:rPr>
        <w:t>Мы, нижеподписавшиеся:</w:t>
      </w:r>
    </w:p>
    <w:p>
      <w:r>
        <w:rPr>
          <w:b/>
        </w:rPr>
        <w:t xml:space="preserve">Продавец: </w:t>
      </w:r>
      <w:r>
        <w:t>_______________________________________________________________________________,</w:t>
      </w:r>
    </w:p>
    <w:p>
      <w:r>
        <w:rPr>
          <w:i/>
          <w:sz w:val="20"/>
        </w:rPr>
        <w:t>(ФИО полностью, дата рождения)</w:t>
      </w:r>
    </w:p>
    <w:p>
      <w:r>
        <w:t>паспорт серия ______ № ____________, выдан ____________________________________________,</w:t>
      </w:r>
    </w:p>
    <w:p>
      <w:r>
        <w:t>код подразделения ____________, зарегистрирован по адресу: ______________________________</w:t>
      </w:r>
    </w:p>
    <w:p>
      <w:r>
        <w:t>________________________________________________________________, именуемый далее «Продавец», с одной стороны,</w:t>
      </w:r>
    </w:p>
    <w:p>
      <w:r>
        <w:rPr>
          <w:b/>
        </w:rPr>
        <w:t xml:space="preserve">и Покупатель: </w:t>
      </w:r>
      <w:r>
        <w:t>_____________________________________________________________________________,</w:t>
      </w:r>
    </w:p>
    <w:p>
      <w:r>
        <w:rPr>
          <w:i/>
          <w:sz w:val="20"/>
        </w:rPr>
        <w:t>(ФИО полностью, дата рождения)</w:t>
      </w:r>
    </w:p>
    <w:p>
      <w:r>
        <w:t>паспорт серия ______ № ____________, выдан ____________________________________________,</w:t>
      </w:r>
    </w:p>
    <w:p>
      <w:r>
        <w:t>код подразделения ____________, зарегистрирован по адресу: ______________________________</w:t>
      </w:r>
    </w:p>
    <w:p>
      <w:r>
        <w:t>________________________________________________________________, именуемый далее «Покупатель», с другой стороны,</w:t>
      </w:r>
    </w:p>
    <w:p>
      <w:r>
        <w:t>совместно именуемые «Стороны», заключили настоящий договор о нижеследующем:</w:t>
      </w:r>
    </w:p>
    <w:p>
      <w:r>
        <w:rPr>
          <w:b/>
        </w:rPr>
        <w:t>1. Предмет договора</w:t>
      </w:r>
    </w:p>
    <w:p>
      <w:r>
        <w:t>1.1. Продавец продаёт, а Покупатель покупает транспортное средство:</w:t>
      </w:r>
    </w:p>
    <w:p>
      <w:r>
        <w:t>марка, модель: _______________________________________________________________</w:t>
      </w:r>
    </w:p>
    <w:p>
      <w:r>
        <w:t>год выпуска: ____________________</w:t>
      </w:r>
    </w:p>
    <w:p>
      <w:r>
        <w:t>VIN: ______________________________________________________________________</w:t>
      </w:r>
    </w:p>
    <w:p>
      <w:r>
        <w:t>номер кузова / шасси: _____________________________________________________</w:t>
      </w:r>
    </w:p>
    <w:p>
      <w:r>
        <w:t>цвет: ________________________  двигатель №: _______________________________</w:t>
      </w:r>
    </w:p>
    <w:p>
      <w:r>
        <w:t>регистрационный знак: _____________________________________________________</w:t>
      </w:r>
    </w:p>
    <w:p>
      <w:r>
        <w:t>ПТС / ЭПТС (серия, номер / номер ЭПТС): ____________________________________</w:t>
      </w:r>
    </w:p>
    <w:p>
      <w:r>
        <w:t>СТС (серия, номер): ________________________________________________________</w:t>
      </w:r>
    </w:p>
    <w:p>
      <w:r>
        <w:t>1.2. Продавец гарантирует, что на момент подписания является собственником автомобиля; транспортное средство не находится в розыске, не заложено и не обременено правами третьих лиц, о которых Покупатель не уведомлён письменно в настоящем договоре.</w:t>
      </w:r>
    </w:p>
    <w:p>
      <w:r>
        <w:t>Известные недостатки: _____________________________________________________</w:t>
      </w:r>
    </w:p>
    <w:p>
      <w:r>
        <w:t>___________________________________________________________________________</w:t>
      </w:r>
    </w:p>
    <w:p>
      <w:r>
        <w:rPr>
          <w:b/>
        </w:rPr>
        <w:t>2. Цена и порядок расчёта</w:t>
      </w:r>
    </w:p>
    <w:p>
      <w:r>
        <w:t>2.1. Цена автомобиля составляет _________________________________ (________________________________________________) рублей.</w:t>
      </w:r>
    </w:p>
    <w:p>
      <w:r>
        <w:t>(сумма цифрами)                                      (сумма прописью)</w:t>
      </w:r>
    </w:p>
    <w:p>
      <w:r>
        <w:t>2.2. Оплата производится _________________________________________________ (наличными / безналичным переводом) в полном объёме при подписании настоящего договора.</w:t>
      </w:r>
    </w:p>
    <w:p>
      <w:r>
        <w:t>2.3. Продавец подтверждает, что на момент подписания получил от Покупателя всю сумму, указанную в п. 2.1, в полном объёме. Претензий по расчёту не имеет.</w:t>
      </w:r>
    </w:p>
    <w:p>
      <w:r>
        <w:rPr>
          <w:i/>
          <w:sz w:val="20"/>
        </w:rPr>
        <w:t>Если оплата производится позже — замените п. 2.3 на срок оплаты и условие передачи ключей и документов.</w:t>
      </w:r>
    </w:p>
    <w:p>
      <w:r>
        <w:rPr>
          <w:b/>
        </w:rPr>
        <w:t>3. Передача автомобиля</w:t>
      </w:r>
    </w:p>
    <w:p>
      <w:r>
        <w:t>3.1. Автомобиль, ключи в количестве ______ шт., ПТС / доступ к ЭПТС, СТС (при наличии) и сервисные документы (при наличии) передаются Покупателю в день подписания договора по адресу: ___________________________________________________________________________</w:t>
      </w:r>
    </w:p>
    <w:p>
      <w:r>
        <w:t>3.2. С момента передачи риск случайной гибели и повреждения автомобиля несёт Покупатель.</w:t>
      </w:r>
    </w:p>
    <w:p>
      <w:r>
        <w:t>3.3. Показания одометра на момент передачи: ________________________ км.</w:t>
      </w:r>
    </w:p>
    <w:p>
      <w:r>
        <w:rPr>
          <w:b/>
        </w:rPr>
        <w:t>4. Прочие условия</w:t>
      </w:r>
    </w:p>
    <w:p>
      <w:r>
        <w:t>4.1. Договор составлен в трёх экземплярах, имеющих одинаковую силу: Продавцу, Покупателю и для регистрационных действий.</w:t>
      </w:r>
    </w:p>
    <w:p>
      <w:r>
        <w:t>4.2. Споры Стороны решают путём переговоров, а при недостижении согласия — в суде по правилам подсудности Российской Федерации.</w:t>
      </w:r>
    </w:p>
    <w:p>
      <w:r>
        <w:rPr>
          <w:b/>
        </w:rPr>
        <w:t>5. Подписи сторон</w:t>
      </w:r>
    </w:p>
    <w:p/>
    <w:p>
      <w:r>
        <w:t>Продавец: ________________________ / ________________________________ /</w:t>
      </w:r>
    </w:p>
    <w:p>
      <w:r>
        <w:t xml:space="preserve">                    (подпись)                         (ФИО)</w:t>
      </w:r>
    </w:p>
    <w:p/>
    <w:p>
      <w:r>
        <w:t>Покупатель: ______________________ / ________________________________ /</w:t>
      </w:r>
    </w:p>
    <w:p>
      <w:r>
        <w:t xml:space="preserve">                    (подпись)                         (ФИО)</w:t>
      </w:r>
    </w:p>
    <w:p/>
    <w:p>
      <w:r>
        <w:rPr>
          <w:i/>
          <w:sz w:val="18"/>
        </w:rPr>
        <w:t>Образец BilBuy (bilbuy.ru). Не является обязательной государственной формой. Для сделки с кредитом, залогом, наследством или долями потребуются дополнительные условия.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